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532B" w14:textId="77777777" w:rsidR="00C62FA6" w:rsidRDefault="001E0DBC">
      <w:pPr>
        <w:pStyle w:val="Title"/>
      </w:pPr>
      <w:r>
        <w:t>ASHE Academy 2026 – Justification Request Template</w:t>
      </w:r>
    </w:p>
    <w:p w14:paraId="695A5A08" w14:textId="77777777" w:rsidR="00C62FA6" w:rsidRDefault="001E0DBC">
      <w:r>
        <w:t>[Date]</w:t>
      </w:r>
    </w:p>
    <w:p w14:paraId="4A3CD4B3" w14:textId="77777777" w:rsidR="00C62FA6" w:rsidRDefault="001E0DBC">
      <w:r>
        <w:rPr>
          <w:b/>
        </w:rPr>
        <w:t>Subject: Request for Approval to Attend ASHE Academy 2026</w:t>
      </w:r>
    </w:p>
    <w:p w14:paraId="1AB8B12B" w14:textId="77777777" w:rsidR="00C62FA6" w:rsidRDefault="00C62FA6"/>
    <w:p w14:paraId="3A7185CE" w14:textId="77777777" w:rsidR="00C62FA6" w:rsidRDefault="001E0DBC">
      <w:r>
        <w:t>Hi [Supervisor’s Name],</w:t>
      </w:r>
    </w:p>
    <w:p w14:paraId="3026F8BE" w14:textId="061CCC54" w:rsidR="00C62FA6" w:rsidRDefault="001E0DBC">
      <w:r>
        <w:t xml:space="preserve">Given </w:t>
      </w:r>
      <w:r w:rsidR="00985B9E">
        <w:t xml:space="preserve">the challenging financial </w:t>
      </w:r>
      <w:r w:rsidR="00590DD5">
        <w:t>landscape that health care organizations are operating in</w:t>
      </w:r>
      <w:r>
        <w:t>, including tight margins and rising costs, I am requesting approval to attend ASHE Academy 2026 (September 21–25, Chicago). This program delivers practical strategies to improve operational efficiency, strengthen compliance, and reduce risk.</w:t>
      </w:r>
    </w:p>
    <w:p w14:paraId="622160BF" w14:textId="77777777" w:rsidR="00C62FA6" w:rsidRDefault="00C62FA6"/>
    <w:p w14:paraId="6AB1AF7A" w14:textId="77777777" w:rsidR="00965662" w:rsidRDefault="001E0DBC" w:rsidP="00965662">
      <w:pPr>
        <w:spacing w:after="0"/>
      </w:pPr>
      <w:r>
        <w:rPr>
          <w:b/>
        </w:rPr>
        <w:t>Why This Is a Strategic Investment</w:t>
      </w:r>
    </w:p>
    <w:p w14:paraId="51C18543" w14:textId="3142CCA5" w:rsidR="00965662" w:rsidRPr="00965662" w:rsidRDefault="00965662" w:rsidP="00965662">
      <w:pPr>
        <w:spacing w:after="0"/>
        <w:rPr>
          <w:b/>
          <w:bCs/>
          <w:i/>
          <w:iCs/>
        </w:rPr>
      </w:pPr>
      <w:r w:rsidRPr="00965662">
        <w:rPr>
          <w:b/>
          <w:bCs/>
          <w:i/>
          <w:iCs/>
        </w:rPr>
        <w:t>Direct Impact on Cost Control and Operational Efficiency</w:t>
      </w:r>
    </w:p>
    <w:p w14:paraId="0822496A" w14:textId="77777777" w:rsidR="00965662" w:rsidRDefault="00965662" w:rsidP="00965662">
      <w:r>
        <w:t>In the current environment, even small inefficiencies in facilities operations, project delivery, or compliance processes can create significant financial impact.</w:t>
      </w:r>
    </w:p>
    <w:p w14:paraId="5B88F278" w14:textId="6413D5D6" w:rsidR="00965662" w:rsidRDefault="00965662" w:rsidP="00965662">
      <w:r>
        <w:t>The courses I plan to attend are focused on:</w:t>
      </w:r>
    </w:p>
    <w:p w14:paraId="2FCACC3F" w14:textId="77777777" w:rsidR="00965662" w:rsidRDefault="00965662" w:rsidP="00CE1687">
      <w:pPr>
        <w:pStyle w:val="ListParagraph"/>
        <w:numPr>
          <w:ilvl w:val="0"/>
          <w:numId w:val="10"/>
        </w:numPr>
      </w:pPr>
      <w:r>
        <w:t>Improving preventive and daily operations to reduce costly system failures</w:t>
      </w:r>
    </w:p>
    <w:p w14:paraId="120A60E2" w14:textId="77777777" w:rsidR="00965662" w:rsidRDefault="00965662" w:rsidP="00CE1687">
      <w:pPr>
        <w:pStyle w:val="ListParagraph"/>
        <w:numPr>
          <w:ilvl w:val="0"/>
          <w:numId w:val="10"/>
        </w:numPr>
      </w:pPr>
      <w:r>
        <w:t>Strengthening project planning and execution to avoid delays and change orders</w:t>
      </w:r>
    </w:p>
    <w:p w14:paraId="5B284371" w14:textId="7295A791" w:rsidR="00965662" w:rsidRDefault="00965662" w:rsidP="00965662">
      <w:pPr>
        <w:pStyle w:val="ListParagraph"/>
        <w:numPr>
          <w:ilvl w:val="0"/>
          <w:numId w:val="10"/>
        </w:numPr>
      </w:pPr>
      <w:r>
        <w:t>Enhancing resource allocation and workflow efficiency</w:t>
      </w:r>
    </w:p>
    <w:p w14:paraId="296563C5" w14:textId="51B60832" w:rsidR="00965662" w:rsidRDefault="00CE1687" w:rsidP="00965662">
      <w:r>
        <w:t>The e</w:t>
      </w:r>
      <w:r w:rsidR="00965662">
        <w:t xml:space="preserve">xpected </w:t>
      </w:r>
      <w:r>
        <w:t>i</w:t>
      </w:r>
      <w:r w:rsidR="00965662">
        <w:t>mpact</w:t>
      </w:r>
      <w:r>
        <w:t xml:space="preserve"> of my participation in this education is</w:t>
      </w:r>
      <w:r w:rsidR="00965662">
        <w:t>:</w:t>
      </w:r>
    </w:p>
    <w:p w14:paraId="31B14480" w14:textId="77777777" w:rsidR="00965662" w:rsidRDefault="00965662" w:rsidP="00CE1687">
      <w:pPr>
        <w:pStyle w:val="ListParagraph"/>
        <w:numPr>
          <w:ilvl w:val="0"/>
          <w:numId w:val="11"/>
        </w:numPr>
      </w:pPr>
      <w:r>
        <w:t>Reduced unplanned maintenance costs</w:t>
      </w:r>
    </w:p>
    <w:p w14:paraId="789DA45C" w14:textId="77777777" w:rsidR="00965662" w:rsidRDefault="00965662" w:rsidP="00CE1687">
      <w:pPr>
        <w:pStyle w:val="ListParagraph"/>
        <w:numPr>
          <w:ilvl w:val="0"/>
          <w:numId w:val="11"/>
        </w:numPr>
      </w:pPr>
      <w:r>
        <w:t>More efficient project delivery</w:t>
      </w:r>
    </w:p>
    <w:p w14:paraId="52B750A9" w14:textId="77777777" w:rsidR="00965662" w:rsidRDefault="00965662" w:rsidP="00CE1687">
      <w:pPr>
        <w:pStyle w:val="ListParagraph"/>
        <w:numPr>
          <w:ilvl w:val="0"/>
          <w:numId w:val="11"/>
        </w:numPr>
      </w:pPr>
      <w:r>
        <w:t>Better utilization of staff and contractor resources</w:t>
      </w:r>
    </w:p>
    <w:p w14:paraId="45B3A0A6" w14:textId="77777777" w:rsidR="0041726C" w:rsidRDefault="0041726C" w:rsidP="0041726C">
      <w:r>
        <w:t>While I recognize the importance of careful budget management, the cost of this program is small relative to the potential savings from avoided compliance issues, improved operational efficiency, and better-managed projects.</w:t>
      </w:r>
    </w:p>
    <w:p w14:paraId="1726D188" w14:textId="77777777" w:rsidR="0041726C" w:rsidRDefault="0041726C" w:rsidP="0041726C">
      <w:r>
        <w:t>Even a single avoided issue—such as a failed survey element, project delay, or system failure—can offset the cost of attendance.</w:t>
      </w:r>
    </w:p>
    <w:p w14:paraId="1C50838D" w14:textId="77777777" w:rsidR="0041726C" w:rsidRDefault="0041726C" w:rsidP="0041726C"/>
    <w:p w14:paraId="01C1B06F" w14:textId="1F528A78" w:rsidR="00965662" w:rsidRPr="000C4AAC" w:rsidRDefault="00965662" w:rsidP="00965662">
      <w:pPr>
        <w:rPr>
          <w:b/>
          <w:bCs/>
          <w:i/>
          <w:iCs/>
        </w:rPr>
      </w:pPr>
      <w:r w:rsidRPr="000C4AAC">
        <w:rPr>
          <w:b/>
          <w:bCs/>
          <w:i/>
          <w:iCs/>
        </w:rPr>
        <w:t>Strengthen</w:t>
      </w:r>
      <w:r w:rsidR="000C4AAC" w:rsidRPr="000C4AAC">
        <w:rPr>
          <w:b/>
          <w:bCs/>
          <w:i/>
          <w:iCs/>
        </w:rPr>
        <w:t xml:space="preserve">s </w:t>
      </w:r>
      <w:r w:rsidRPr="000C4AAC">
        <w:rPr>
          <w:b/>
          <w:bCs/>
          <w:i/>
          <w:iCs/>
        </w:rPr>
        <w:t>Compliance</w:t>
      </w:r>
      <w:r w:rsidR="000C4AAC" w:rsidRPr="000C4AAC">
        <w:rPr>
          <w:b/>
          <w:bCs/>
          <w:i/>
          <w:iCs/>
        </w:rPr>
        <w:t xml:space="preserve"> Knowledge</w:t>
      </w:r>
      <w:r w:rsidRPr="000C4AAC">
        <w:rPr>
          <w:b/>
          <w:bCs/>
          <w:i/>
          <w:iCs/>
        </w:rPr>
        <w:t xml:space="preserve"> to Avoid Financial Risk</w:t>
      </w:r>
    </w:p>
    <w:p w14:paraId="7CC59A0D" w14:textId="5FAE5F8C" w:rsidR="00965662" w:rsidRDefault="00965662" w:rsidP="00965662">
      <w:r>
        <w:lastRenderedPageBreak/>
        <w:t xml:space="preserve">Regulatory noncompliance can result </w:t>
      </w:r>
      <w:proofErr w:type="gramStart"/>
      <w:r>
        <w:t>in:</w:t>
      </w:r>
      <w:r w:rsidR="000C4AAC">
        <w:t>=</w:t>
      </w:r>
      <w:proofErr w:type="gramEnd"/>
    </w:p>
    <w:p w14:paraId="43B3EEF7" w14:textId="77777777" w:rsidR="00965662" w:rsidRDefault="00965662" w:rsidP="000C4AAC">
      <w:pPr>
        <w:pStyle w:val="ListParagraph"/>
        <w:numPr>
          <w:ilvl w:val="0"/>
          <w:numId w:val="12"/>
        </w:numPr>
      </w:pPr>
      <w:r>
        <w:t>Survey deficiencies</w:t>
      </w:r>
    </w:p>
    <w:p w14:paraId="68E35883" w14:textId="77777777" w:rsidR="00965662" w:rsidRDefault="00965662" w:rsidP="000C4AAC">
      <w:pPr>
        <w:pStyle w:val="ListParagraph"/>
        <w:numPr>
          <w:ilvl w:val="0"/>
          <w:numId w:val="12"/>
        </w:numPr>
      </w:pPr>
      <w:r>
        <w:t>Fines or penalties</w:t>
      </w:r>
    </w:p>
    <w:p w14:paraId="74C7912C" w14:textId="77777777" w:rsidR="00965662" w:rsidRDefault="00965662" w:rsidP="000C4AAC">
      <w:pPr>
        <w:pStyle w:val="ListParagraph"/>
        <w:numPr>
          <w:ilvl w:val="0"/>
          <w:numId w:val="12"/>
        </w:numPr>
      </w:pPr>
      <w:r>
        <w:t>Delayed projects or operational disruptions</w:t>
      </w:r>
    </w:p>
    <w:p w14:paraId="2719414B" w14:textId="77777777" w:rsidR="00965662" w:rsidRDefault="00965662" w:rsidP="000C4AAC">
      <w:pPr>
        <w:pStyle w:val="ListParagraph"/>
        <w:numPr>
          <w:ilvl w:val="0"/>
          <w:numId w:val="12"/>
        </w:numPr>
      </w:pPr>
      <w:r>
        <w:t>Reputational risk</w:t>
      </w:r>
    </w:p>
    <w:p w14:paraId="0EEA9AEA" w14:textId="77777777" w:rsidR="00965662" w:rsidRDefault="00965662" w:rsidP="00965662"/>
    <w:p w14:paraId="610F34E2" w14:textId="6E5AF704" w:rsidR="00965662" w:rsidRDefault="00965662" w:rsidP="00965662">
      <w:r>
        <w:t>ASHE Academy’s focus on:</w:t>
      </w:r>
    </w:p>
    <w:p w14:paraId="1F6CABE7" w14:textId="77777777" w:rsidR="00965662" w:rsidRDefault="00965662" w:rsidP="000C4AAC">
      <w:pPr>
        <w:pStyle w:val="ListParagraph"/>
        <w:numPr>
          <w:ilvl w:val="0"/>
          <w:numId w:val="13"/>
        </w:numPr>
      </w:pPr>
      <w:r>
        <w:t>Survey readiness</w:t>
      </w:r>
    </w:p>
    <w:p w14:paraId="270B82AE" w14:textId="77777777" w:rsidR="00965662" w:rsidRDefault="00965662" w:rsidP="000C4AAC">
      <w:pPr>
        <w:pStyle w:val="ListParagraph"/>
        <w:numPr>
          <w:ilvl w:val="0"/>
          <w:numId w:val="13"/>
        </w:numPr>
      </w:pPr>
      <w:r>
        <w:t>Life safety compliance (NFPA, CMS, Joint Commission)</w:t>
      </w:r>
    </w:p>
    <w:p w14:paraId="5F424A7F" w14:textId="1D1299F5" w:rsidR="00965662" w:rsidRDefault="00965662" w:rsidP="00965662">
      <w:pPr>
        <w:pStyle w:val="ListParagraph"/>
        <w:numPr>
          <w:ilvl w:val="0"/>
          <w:numId w:val="13"/>
        </w:numPr>
      </w:pPr>
      <w:r>
        <w:t>Environment of care</w:t>
      </w:r>
    </w:p>
    <w:p w14:paraId="0D30C720" w14:textId="77777777" w:rsidR="00965662" w:rsidRDefault="00965662" w:rsidP="00965662">
      <w:r>
        <w:t>will help ensure we are proactive rather than reactive.</w:t>
      </w:r>
    </w:p>
    <w:p w14:paraId="62E15D92" w14:textId="410B1FEA" w:rsidR="00965662" w:rsidRDefault="000C4AAC" w:rsidP="00965662">
      <w:r>
        <w:t>The expected impact of my participation in this education is:</w:t>
      </w:r>
    </w:p>
    <w:p w14:paraId="7ACF87FF" w14:textId="77777777" w:rsidR="00965662" w:rsidRDefault="00965662" w:rsidP="000C4AAC">
      <w:pPr>
        <w:pStyle w:val="ListParagraph"/>
        <w:numPr>
          <w:ilvl w:val="0"/>
          <w:numId w:val="14"/>
        </w:numPr>
      </w:pPr>
      <w:r>
        <w:t>Reduced likelihood of citations and associated costs</w:t>
      </w:r>
    </w:p>
    <w:p w14:paraId="06A1394D" w14:textId="77777777" w:rsidR="00965662" w:rsidRDefault="00965662" w:rsidP="000C4AAC">
      <w:pPr>
        <w:pStyle w:val="ListParagraph"/>
        <w:numPr>
          <w:ilvl w:val="0"/>
          <w:numId w:val="14"/>
        </w:numPr>
      </w:pPr>
      <w:r>
        <w:t>Improved survey outcomes</w:t>
      </w:r>
    </w:p>
    <w:p w14:paraId="721FF598" w14:textId="77777777" w:rsidR="00965662" w:rsidRDefault="00965662" w:rsidP="000C4AAC">
      <w:pPr>
        <w:pStyle w:val="ListParagraph"/>
        <w:numPr>
          <w:ilvl w:val="0"/>
          <w:numId w:val="14"/>
        </w:numPr>
      </w:pPr>
      <w:r>
        <w:t>Greater consistency in documentation and processes</w:t>
      </w:r>
    </w:p>
    <w:p w14:paraId="4984F85D" w14:textId="710F5C3A" w:rsidR="00965662" w:rsidRPr="000C4AAC" w:rsidRDefault="00965662" w:rsidP="00965662">
      <w:pPr>
        <w:rPr>
          <w:b/>
          <w:bCs/>
          <w:i/>
          <w:iCs/>
        </w:rPr>
      </w:pPr>
      <w:r w:rsidRPr="000C4AAC">
        <w:rPr>
          <w:b/>
          <w:bCs/>
          <w:i/>
          <w:iCs/>
        </w:rPr>
        <w:t>Reduc</w:t>
      </w:r>
      <w:r w:rsidR="000C4AAC" w:rsidRPr="000C4AAC">
        <w:rPr>
          <w:b/>
          <w:bCs/>
          <w:i/>
          <w:iCs/>
        </w:rPr>
        <w:t>es</w:t>
      </w:r>
      <w:r w:rsidRPr="000C4AAC">
        <w:rPr>
          <w:b/>
          <w:bCs/>
          <w:i/>
          <w:iCs/>
        </w:rPr>
        <w:t xml:space="preserve"> Risk in Construction and Active Care Environments</w:t>
      </w:r>
    </w:p>
    <w:p w14:paraId="58ECD78A" w14:textId="7871AF6F" w:rsidR="00965662" w:rsidRDefault="00965662" w:rsidP="00965662">
      <w:r>
        <w:t xml:space="preserve">Health </w:t>
      </w:r>
      <w:proofErr w:type="gramStart"/>
      <w:r>
        <w:t>care construction</w:t>
      </w:r>
      <w:proofErr w:type="gramEnd"/>
      <w:r>
        <w:t xml:space="preserve"> carries inherent risks that can drive up costs if not managed effectively, including:</w:t>
      </w:r>
    </w:p>
    <w:p w14:paraId="1115ABF7" w14:textId="77777777" w:rsidR="00965662" w:rsidRDefault="00965662" w:rsidP="000C4AAC">
      <w:pPr>
        <w:pStyle w:val="ListParagraph"/>
        <w:numPr>
          <w:ilvl w:val="0"/>
          <w:numId w:val="15"/>
        </w:numPr>
      </w:pPr>
      <w:r>
        <w:t>Infection control failures</w:t>
      </w:r>
    </w:p>
    <w:p w14:paraId="0772EC9D" w14:textId="77777777" w:rsidR="00965662" w:rsidRDefault="00965662" w:rsidP="000C4AAC">
      <w:pPr>
        <w:pStyle w:val="ListParagraph"/>
        <w:numPr>
          <w:ilvl w:val="0"/>
          <w:numId w:val="15"/>
        </w:numPr>
      </w:pPr>
      <w:r>
        <w:t>Project delays</w:t>
      </w:r>
    </w:p>
    <w:p w14:paraId="1DEC8ACC" w14:textId="580D2C61" w:rsidR="00965662" w:rsidRDefault="00965662" w:rsidP="00965662">
      <w:pPr>
        <w:pStyle w:val="ListParagraph"/>
        <w:numPr>
          <w:ilvl w:val="0"/>
          <w:numId w:val="15"/>
        </w:numPr>
      </w:pPr>
      <w:r>
        <w:t>Coordination breakdowns between teams</w:t>
      </w:r>
    </w:p>
    <w:p w14:paraId="00400E4D" w14:textId="39E2366C" w:rsidR="00965662" w:rsidRDefault="00965662" w:rsidP="00965662">
      <w:r>
        <w:t>Courses like:</w:t>
      </w:r>
    </w:p>
    <w:p w14:paraId="34715519" w14:textId="77777777" w:rsidR="00965662" w:rsidRDefault="00965662" w:rsidP="000C4AAC">
      <w:pPr>
        <w:pStyle w:val="ListParagraph"/>
        <w:numPr>
          <w:ilvl w:val="0"/>
          <w:numId w:val="16"/>
        </w:numPr>
      </w:pPr>
      <w:r>
        <w:t>Health Care Construction Workshop</w:t>
      </w:r>
    </w:p>
    <w:p w14:paraId="29452126" w14:textId="1986D58E" w:rsidR="00965662" w:rsidRDefault="00965662" w:rsidP="00965662">
      <w:pPr>
        <w:pStyle w:val="ListParagraph"/>
        <w:numPr>
          <w:ilvl w:val="0"/>
          <w:numId w:val="16"/>
        </w:numPr>
      </w:pPr>
      <w:r>
        <w:t>ICRA 2.0® Training</w:t>
      </w:r>
    </w:p>
    <w:p w14:paraId="5C15808D" w14:textId="77777777" w:rsidR="00965662" w:rsidRDefault="00965662" w:rsidP="00965662">
      <w:r>
        <w:t>provide proven frameworks to mitigate these risks.</w:t>
      </w:r>
    </w:p>
    <w:p w14:paraId="2F04FB3C" w14:textId="30D5E0F4" w:rsidR="00965662" w:rsidRDefault="000C4AAC" w:rsidP="00965662">
      <w:r>
        <w:t>The expected impact of my participation in this education is:</w:t>
      </w:r>
    </w:p>
    <w:p w14:paraId="6D26F8EC" w14:textId="77777777" w:rsidR="00965662" w:rsidRDefault="00965662" w:rsidP="000C4AAC">
      <w:pPr>
        <w:pStyle w:val="ListParagraph"/>
        <w:numPr>
          <w:ilvl w:val="0"/>
          <w:numId w:val="17"/>
        </w:numPr>
      </w:pPr>
      <w:r>
        <w:t>Fewer costly project disruptions</w:t>
      </w:r>
    </w:p>
    <w:p w14:paraId="0B28648F" w14:textId="77777777" w:rsidR="00965662" w:rsidRDefault="00965662" w:rsidP="000C4AAC">
      <w:pPr>
        <w:pStyle w:val="ListParagraph"/>
        <w:numPr>
          <w:ilvl w:val="0"/>
          <w:numId w:val="17"/>
        </w:numPr>
      </w:pPr>
      <w:r>
        <w:t>Reduced infection-related risks during construction</w:t>
      </w:r>
    </w:p>
    <w:p w14:paraId="27A667F1" w14:textId="77777777" w:rsidR="00965662" w:rsidRDefault="00965662" w:rsidP="000C4AAC">
      <w:pPr>
        <w:pStyle w:val="ListParagraph"/>
        <w:numPr>
          <w:ilvl w:val="0"/>
          <w:numId w:val="17"/>
        </w:numPr>
      </w:pPr>
      <w:r>
        <w:t>Stronger coordination across stakeholders</w:t>
      </w:r>
    </w:p>
    <w:p w14:paraId="3B594A3B" w14:textId="46863D01" w:rsidR="00965662" w:rsidRPr="000C4AAC" w:rsidRDefault="00965662" w:rsidP="00965662">
      <w:pPr>
        <w:rPr>
          <w:b/>
          <w:bCs/>
          <w:i/>
          <w:iCs/>
        </w:rPr>
      </w:pPr>
      <w:r w:rsidRPr="000C4AAC">
        <w:rPr>
          <w:b/>
          <w:bCs/>
          <w:i/>
          <w:iCs/>
        </w:rPr>
        <w:t>Maximiz</w:t>
      </w:r>
      <w:r w:rsidR="000C4AAC" w:rsidRPr="000C4AAC">
        <w:rPr>
          <w:b/>
          <w:bCs/>
          <w:i/>
          <w:iCs/>
        </w:rPr>
        <w:t>es</w:t>
      </w:r>
      <w:r w:rsidRPr="000C4AAC">
        <w:rPr>
          <w:b/>
          <w:bCs/>
          <w:i/>
          <w:iCs/>
        </w:rPr>
        <w:t xml:space="preserve"> Value from a Single, High-Impact Training Investment</w:t>
      </w:r>
    </w:p>
    <w:p w14:paraId="65E1ABC1" w14:textId="189259E2" w:rsidR="00965662" w:rsidRDefault="00965662" w:rsidP="00965662">
      <w:r>
        <w:t xml:space="preserve">Instead of spreading budget across multiple </w:t>
      </w:r>
      <w:r w:rsidR="000C4AAC">
        <w:t>training events</w:t>
      </w:r>
      <w:r>
        <w:t>, ASHE Academy consolidates:</w:t>
      </w:r>
    </w:p>
    <w:p w14:paraId="1D86F43D" w14:textId="77777777" w:rsidR="00965662" w:rsidRDefault="00965662" w:rsidP="000C4AAC">
      <w:pPr>
        <w:pStyle w:val="ListParagraph"/>
        <w:numPr>
          <w:ilvl w:val="0"/>
          <w:numId w:val="18"/>
        </w:numPr>
      </w:pPr>
      <w:r>
        <w:lastRenderedPageBreak/>
        <w:t>Multiple high-value courses in one week</w:t>
      </w:r>
    </w:p>
    <w:p w14:paraId="5D549BEE" w14:textId="77777777" w:rsidR="00965662" w:rsidRDefault="00965662" w:rsidP="000C4AAC">
      <w:pPr>
        <w:pStyle w:val="ListParagraph"/>
        <w:numPr>
          <w:ilvl w:val="0"/>
          <w:numId w:val="18"/>
        </w:numPr>
      </w:pPr>
      <w:r>
        <w:t>Access to nationally recognized subject matter experts</w:t>
      </w:r>
    </w:p>
    <w:p w14:paraId="129A3DBC" w14:textId="6536AE26" w:rsidR="00965662" w:rsidRDefault="00965662" w:rsidP="00965662">
      <w:pPr>
        <w:pStyle w:val="ListParagraph"/>
        <w:numPr>
          <w:ilvl w:val="0"/>
          <w:numId w:val="18"/>
        </w:numPr>
      </w:pPr>
      <w:r>
        <w:t>Included tools, resources, and in some cases certification preparation</w:t>
      </w:r>
    </w:p>
    <w:p w14:paraId="06B66BD0" w14:textId="6E78A0B2" w:rsidR="00965662" w:rsidRDefault="00965662" w:rsidP="00965662">
      <w:r>
        <w:t xml:space="preserve">This concentrated format reduces travel redundancy and total training </w:t>
      </w:r>
      <w:r w:rsidR="000C4AAC">
        <w:t>spending</w:t>
      </w:r>
      <w:r>
        <w:t xml:space="preserve"> while increasing overall impact.</w:t>
      </w:r>
    </w:p>
    <w:p w14:paraId="1F52C396" w14:textId="678BC6A5" w:rsidR="00965662" w:rsidRPr="000C4AAC" w:rsidRDefault="00965662" w:rsidP="00965662">
      <w:pPr>
        <w:rPr>
          <w:b/>
          <w:bCs/>
          <w:i/>
          <w:iCs/>
        </w:rPr>
      </w:pPr>
      <w:r w:rsidRPr="000C4AAC">
        <w:rPr>
          <w:b/>
          <w:bCs/>
          <w:i/>
          <w:iCs/>
        </w:rPr>
        <w:t>Immediate and Scalable Organizational ROI</w:t>
      </w:r>
    </w:p>
    <w:p w14:paraId="5FE9C0A2" w14:textId="3E2D8C99" w:rsidR="00965662" w:rsidRDefault="00965662" w:rsidP="00965662">
      <w:r>
        <w:t>I will ensure this investment benefits the broader team by:</w:t>
      </w:r>
    </w:p>
    <w:p w14:paraId="258FF0CD" w14:textId="77777777" w:rsidR="00965662" w:rsidRDefault="00965662" w:rsidP="000C4AAC">
      <w:pPr>
        <w:pStyle w:val="ListParagraph"/>
        <w:numPr>
          <w:ilvl w:val="0"/>
          <w:numId w:val="19"/>
        </w:numPr>
      </w:pPr>
      <w:r>
        <w:t>Delivering a post-event debrief with key findings</w:t>
      </w:r>
    </w:p>
    <w:p w14:paraId="1E15BC2C" w14:textId="77777777" w:rsidR="00965662" w:rsidRDefault="00965662" w:rsidP="000C4AAC">
      <w:pPr>
        <w:pStyle w:val="ListParagraph"/>
        <w:numPr>
          <w:ilvl w:val="0"/>
          <w:numId w:val="19"/>
        </w:numPr>
      </w:pPr>
      <w:r>
        <w:t>Sharing tools, templates, and best practices</w:t>
      </w:r>
    </w:p>
    <w:p w14:paraId="3C8142A7" w14:textId="35C3BDE2" w:rsidR="00965662" w:rsidRDefault="00965662" w:rsidP="00965662">
      <w:pPr>
        <w:pStyle w:val="ListParagraph"/>
        <w:numPr>
          <w:ilvl w:val="0"/>
          <w:numId w:val="19"/>
        </w:numPr>
      </w:pPr>
      <w:r>
        <w:t>Identifying 2–3 actionable improvements we can implement quickly</w:t>
      </w:r>
    </w:p>
    <w:p w14:paraId="67F4AD68" w14:textId="3BFA7750" w:rsidR="000C4AAC" w:rsidRPr="000C4AAC" w:rsidRDefault="000C4AAC" w:rsidP="000C4AAC">
      <w:r w:rsidRPr="000C4AAC">
        <w:t xml:space="preserve">The expected impact of my participation in this </w:t>
      </w:r>
      <w:r w:rsidRPr="000C4AAC">
        <w:t>event</w:t>
      </w:r>
      <w:r w:rsidRPr="000C4AAC">
        <w:t xml:space="preserve"> is:</w:t>
      </w:r>
    </w:p>
    <w:p w14:paraId="43C125C1" w14:textId="77777777" w:rsidR="00965662" w:rsidRDefault="00965662" w:rsidP="000C4AAC">
      <w:pPr>
        <w:pStyle w:val="ListParagraph"/>
        <w:numPr>
          <w:ilvl w:val="0"/>
          <w:numId w:val="20"/>
        </w:numPr>
      </w:pPr>
      <w:r>
        <w:t>Knowledge gained will be applied beyond my individual role, extending value across the department.</w:t>
      </w:r>
    </w:p>
    <w:p w14:paraId="10BE7565" w14:textId="296A3847" w:rsidR="00965662" w:rsidRPr="000C4AAC" w:rsidRDefault="000C4AAC" w:rsidP="00965662">
      <w:pPr>
        <w:rPr>
          <w:b/>
          <w:bCs/>
          <w:i/>
          <w:iCs/>
        </w:rPr>
      </w:pPr>
      <w:r w:rsidRPr="000C4AAC">
        <w:rPr>
          <w:b/>
          <w:bCs/>
          <w:i/>
          <w:iCs/>
        </w:rPr>
        <w:t>Helps The Organization Stay</w:t>
      </w:r>
      <w:r w:rsidR="00965662" w:rsidRPr="000C4AAC">
        <w:rPr>
          <w:b/>
          <w:bCs/>
          <w:i/>
          <w:iCs/>
        </w:rPr>
        <w:t xml:space="preserve"> Competitive in a Constrained, Rapidly Changing Environment</w:t>
      </w:r>
    </w:p>
    <w:p w14:paraId="25BBDD51" w14:textId="31D7626F" w:rsidR="00965662" w:rsidRDefault="00965662" w:rsidP="00965662">
      <w:r>
        <w:t>As health systems continue to operate with tighter margins, organizations that succeed will be those that:</w:t>
      </w:r>
    </w:p>
    <w:p w14:paraId="332636D5" w14:textId="77777777" w:rsidR="00965662" w:rsidRDefault="00965662" w:rsidP="000C4AAC">
      <w:pPr>
        <w:pStyle w:val="ListParagraph"/>
        <w:numPr>
          <w:ilvl w:val="0"/>
          <w:numId w:val="20"/>
        </w:numPr>
      </w:pPr>
      <w:r>
        <w:t>Operate efficiently</w:t>
      </w:r>
    </w:p>
    <w:p w14:paraId="5C124B04" w14:textId="77777777" w:rsidR="00965662" w:rsidRDefault="00965662" w:rsidP="000C4AAC">
      <w:pPr>
        <w:pStyle w:val="ListParagraph"/>
        <w:numPr>
          <w:ilvl w:val="0"/>
          <w:numId w:val="20"/>
        </w:numPr>
      </w:pPr>
      <w:r>
        <w:t>Maintain strong compliance</w:t>
      </w:r>
    </w:p>
    <w:p w14:paraId="44D4B6CA" w14:textId="77777777" w:rsidR="00965662" w:rsidRDefault="00965662" w:rsidP="000C4AAC">
      <w:pPr>
        <w:pStyle w:val="ListParagraph"/>
        <w:numPr>
          <w:ilvl w:val="0"/>
          <w:numId w:val="20"/>
        </w:numPr>
      </w:pPr>
      <w:r>
        <w:t>Proactively manage risk</w:t>
      </w:r>
    </w:p>
    <w:p w14:paraId="3DEBBA33" w14:textId="5F1A1A03" w:rsidR="00965662" w:rsidRDefault="00965662" w:rsidP="00965662">
      <w:pPr>
        <w:pStyle w:val="ListParagraph"/>
        <w:numPr>
          <w:ilvl w:val="0"/>
          <w:numId w:val="20"/>
        </w:numPr>
      </w:pPr>
      <w:r>
        <w:t xml:space="preserve">Continuously </w:t>
      </w:r>
      <w:proofErr w:type="gramStart"/>
      <w:r>
        <w:t>improve</w:t>
      </w:r>
      <w:proofErr w:type="gramEnd"/>
      <w:r>
        <w:t xml:space="preserve"> processes</w:t>
      </w:r>
    </w:p>
    <w:p w14:paraId="17531B3C" w14:textId="77777777" w:rsidR="00965662" w:rsidRDefault="00965662" w:rsidP="00965662">
      <w:r>
        <w:t>Attending ASHE Academy ensures we remain aligned with national best practices and avoid falling behind peers.</w:t>
      </w:r>
    </w:p>
    <w:p w14:paraId="18413310" w14:textId="77777777" w:rsidR="00965662" w:rsidRDefault="00965662" w:rsidP="00965662">
      <w:r>
        <w:t>I believe this is a high-value, targeted investment that will deliver measurable benefits in operational performance, risk reduction, and compliance readiness.</w:t>
      </w:r>
    </w:p>
    <w:p w14:paraId="73BE8461" w14:textId="1850AFE0" w:rsidR="00C62FA6" w:rsidRDefault="00965662" w:rsidP="00965662">
      <w:r>
        <w:t>Thank you for considering this request. I’m happy to discuss ways to maximize ROI and ensure the organization receives full value from this opportunity.</w:t>
      </w:r>
    </w:p>
    <w:p w14:paraId="6EE96097" w14:textId="77777777" w:rsidR="00C62FA6" w:rsidRDefault="001E0DBC">
      <w:r>
        <w:rPr>
          <w:b/>
        </w:rPr>
        <w:t>Estimated Costs</w:t>
      </w:r>
    </w:p>
    <w:p w14:paraId="0A2B7BAB" w14:textId="77777777" w:rsidR="00C62FA6" w:rsidRDefault="001E0DBC">
      <w:r>
        <w:t>Registration: $[XXX]</w:t>
      </w:r>
    </w:p>
    <w:p w14:paraId="4133F782" w14:textId="77777777" w:rsidR="00C62FA6" w:rsidRDefault="001E0DBC">
      <w:r>
        <w:t>Travel/Lodging: $[XXX]</w:t>
      </w:r>
    </w:p>
    <w:p w14:paraId="01AB0C66" w14:textId="77777777" w:rsidR="00C62FA6" w:rsidRDefault="001E0DBC">
      <w:r>
        <w:t>Total: $[XXX]</w:t>
      </w:r>
    </w:p>
    <w:p w14:paraId="1A075430" w14:textId="77777777" w:rsidR="00C62FA6" w:rsidRDefault="00C62FA6"/>
    <w:p w14:paraId="26357295" w14:textId="77777777" w:rsidR="00C62FA6" w:rsidRDefault="001E0DBC">
      <w:r>
        <w:rPr>
          <w:b/>
        </w:rPr>
        <w:t>Quantified ROI Calculator (Fill in Below)</w:t>
      </w:r>
    </w:p>
    <w:p w14:paraId="6B7990FF" w14:textId="77777777" w:rsidR="00C62FA6" w:rsidRDefault="001E0DBC">
      <w:r>
        <w:t>Training Investment:</w:t>
      </w:r>
    </w:p>
    <w:p w14:paraId="31BC82CB" w14:textId="77777777" w:rsidR="00C62FA6" w:rsidRDefault="001E0DBC">
      <w:r>
        <w:t>- Registration: $[XXX]</w:t>
      </w:r>
    </w:p>
    <w:p w14:paraId="27F27ED6" w14:textId="77777777" w:rsidR="00C62FA6" w:rsidRDefault="001E0DBC">
      <w:r>
        <w:t>- Travel/Lodging: $[XXX]</w:t>
      </w:r>
    </w:p>
    <w:p w14:paraId="1CF8B076" w14:textId="77777777" w:rsidR="00C62FA6" w:rsidRDefault="001E0DBC">
      <w:r>
        <w:t>- Total Cost: $[Auto or Sum]</w:t>
      </w:r>
    </w:p>
    <w:p w14:paraId="0B9654BF" w14:textId="77777777" w:rsidR="00C62FA6" w:rsidRDefault="00C62FA6"/>
    <w:p w14:paraId="213DC781" w14:textId="77777777" w:rsidR="00C62FA6" w:rsidRDefault="001E0DBC">
      <w:r>
        <w:t>Operational Savings (Annual):</w:t>
      </w:r>
    </w:p>
    <w:p w14:paraId="5A1B6878" w14:textId="77777777" w:rsidR="00C62FA6" w:rsidRDefault="001E0DBC">
      <w:r>
        <w:t>- Reduced downtime incidents: [#]</w:t>
      </w:r>
    </w:p>
    <w:p w14:paraId="68839DCE" w14:textId="77777777" w:rsidR="00C62FA6" w:rsidRDefault="001E0DBC">
      <w:r>
        <w:t>- Avg cost per incident: $[XXX]</w:t>
      </w:r>
    </w:p>
    <w:p w14:paraId="1C49DC5A" w14:textId="77777777" w:rsidR="00C62FA6" w:rsidRDefault="001E0DBC">
      <w:r>
        <w:t>- Savings: = incidents × cost</w:t>
      </w:r>
    </w:p>
    <w:p w14:paraId="58972D7A" w14:textId="77777777" w:rsidR="00C62FA6" w:rsidRDefault="00C62FA6"/>
    <w:p w14:paraId="3AB897C8" w14:textId="77777777" w:rsidR="00C62FA6" w:rsidRDefault="001E0DBC">
      <w:r>
        <w:t>Compliance Risk Avoidance:</w:t>
      </w:r>
    </w:p>
    <w:p w14:paraId="56A3B42A" w14:textId="77777777" w:rsidR="00C62FA6" w:rsidRDefault="001E0DBC">
      <w:r>
        <w:t>- Avoided deficiencies: [#]</w:t>
      </w:r>
    </w:p>
    <w:p w14:paraId="6143874C" w14:textId="77777777" w:rsidR="00C62FA6" w:rsidRDefault="001E0DBC">
      <w:r>
        <w:t>- Avg cost per deficiency: $[XXX]</w:t>
      </w:r>
    </w:p>
    <w:p w14:paraId="76AA58DB" w14:textId="77777777" w:rsidR="00C62FA6" w:rsidRDefault="001E0DBC">
      <w:r>
        <w:t>- Savings: = deficiencies × cost</w:t>
      </w:r>
    </w:p>
    <w:p w14:paraId="001FB922" w14:textId="77777777" w:rsidR="00C62FA6" w:rsidRDefault="00C62FA6"/>
    <w:p w14:paraId="5C0DEC4C" w14:textId="77777777" w:rsidR="00C62FA6" w:rsidRDefault="001E0DBC">
      <w:r>
        <w:t>Construction / Project Savings:</w:t>
      </w:r>
    </w:p>
    <w:p w14:paraId="1D2EFA20" w14:textId="77777777" w:rsidR="00C62FA6" w:rsidRDefault="001E0DBC">
      <w:r>
        <w:t>- Avoided delay days: [#]</w:t>
      </w:r>
    </w:p>
    <w:p w14:paraId="2E3E6FAC" w14:textId="77777777" w:rsidR="00C62FA6" w:rsidRDefault="001E0DBC">
      <w:r>
        <w:t>- Cost per delay day: $[XXX]</w:t>
      </w:r>
    </w:p>
    <w:p w14:paraId="2C4EEF5B" w14:textId="77777777" w:rsidR="00C62FA6" w:rsidRDefault="001E0DBC">
      <w:r>
        <w:t>- Savings: = days × cost</w:t>
      </w:r>
    </w:p>
    <w:p w14:paraId="6B412FAD" w14:textId="77777777" w:rsidR="00C62FA6" w:rsidRDefault="00C62FA6"/>
    <w:p w14:paraId="3ECEF3D6" w14:textId="77777777" w:rsidR="00C62FA6" w:rsidRDefault="001E0DBC">
      <w:r>
        <w:t>Total Estimated Benefit: $[Sum of above]</w:t>
      </w:r>
    </w:p>
    <w:p w14:paraId="246D397A" w14:textId="77777777" w:rsidR="00C62FA6" w:rsidRDefault="001E0DBC">
      <w:r>
        <w:t>Net ROI: $[Benefit – Cost]</w:t>
      </w:r>
    </w:p>
    <w:p w14:paraId="0D42C3E8" w14:textId="77777777" w:rsidR="00C62FA6" w:rsidRDefault="001E0DBC">
      <w:r>
        <w:t>ROI %: [ROI ÷ Cost]</w:t>
      </w:r>
    </w:p>
    <w:p w14:paraId="556252CD" w14:textId="77777777" w:rsidR="00C62FA6" w:rsidRDefault="00C62FA6"/>
    <w:p w14:paraId="380F732A" w14:textId="77777777" w:rsidR="00C62FA6" w:rsidRDefault="001E0DBC">
      <w:r>
        <w:rPr>
          <w:b/>
        </w:rPr>
        <w:lastRenderedPageBreak/>
        <w:t>Commitment to ROI</w:t>
      </w:r>
    </w:p>
    <w:p w14:paraId="43C1F34A" w14:textId="77777777" w:rsidR="00C62FA6" w:rsidRDefault="001E0DBC">
      <w:r>
        <w:t>- Share key takeaways with team</w:t>
      </w:r>
    </w:p>
    <w:p w14:paraId="029F4058" w14:textId="77777777" w:rsidR="00C62FA6" w:rsidRDefault="001E0DBC">
      <w:r>
        <w:t>- Implement 2–3 process improvements</w:t>
      </w:r>
    </w:p>
    <w:p w14:paraId="32741702" w14:textId="77777777" w:rsidR="00C62FA6" w:rsidRDefault="00C62FA6"/>
    <w:p w14:paraId="2AA3738F" w14:textId="77777777" w:rsidR="00C62FA6" w:rsidRDefault="001E0DBC">
      <w:r>
        <w:t>Thank you for your consideration.</w:t>
      </w:r>
    </w:p>
    <w:p w14:paraId="5B94F888" w14:textId="77777777" w:rsidR="00C62FA6" w:rsidRDefault="001E0DBC">
      <w:r>
        <w:t>[Your Name]</w:t>
      </w:r>
    </w:p>
    <w:p w14:paraId="7D0F7376" w14:textId="77777777" w:rsidR="00C62FA6" w:rsidRDefault="001E0DBC">
      <w:r>
        <w:t>[Title]</w:t>
      </w:r>
    </w:p>
    <w:p w14:paraId="54CD71F3" w14:textId="77777777" w:rsidR="00C62FA6" w:rsidRDefault="001E0DBC">
      <w:r>
        <w:t>[Department]</w:t>
      </w:r>
    </w:p>
    <w:sectPr w:rsidR="00C62F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B4D21"/>
    <w:multiLevelType w:val="hybridMultilevel"/>
    <w:tmpl w:val="6EEA7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53F47"/>
    <w:multiLevelType w:val="hybridMultilevel"/>
    <w:tmpl w:val="770E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16340"/>
    <w:multiLevelType w:val="hybridMultilevel"/>
    <w:tmpl w:val="95928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57B4B"/>
    <w:multiLevelType w:val="hybridMultilevel"/>
    <w:tmpl w:val="8AB2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20A35"/>
    <w:multiLevelType w:val="hybridMultilevel"/>
    <w:tmpl w:val="6E9A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D1E0F"/>
    <w:multiLevelType w:val="hybridMultilevel"/>
    <w:tmpl w:val="BB34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E29"/>
    <w:multiLevelType w:val="hybridMultilevel"/>
    <w:tmpl w:val="EBC2F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F6BE2"/>
    <w:multiLevelType w:val="hybridMultilevel"/>
    <w:tmpl w:val="0B42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01161"/>
    <w:multiLevelType w:val="hybridMultilevel"/>
    <w:tmpl w:val="B004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315C5"/>
    <w:multiLevelType w:val="hybridMultilevel"/>
    <w:tmpl w:val="2F7E7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3157B"/>
    <w:multiLevelType w:val="hybridMultilevel"/>
    <w:tmpl w:val="A85E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070410">
    <w:abstractNumId w:val="8"/>
  </w:num>
  <w:num w:numId="2" w16cid:durableId="429399979">
    <w:abstractNumId w:val="6"/>
  </w:num>
  <w:num w:numId="3" w16cid:durableId="1249579401">
    <w:abstractNumId w:val="5"/>
  </w:num>
  <w:num w:numId="4" w16cid:durableId="768698507">
    <w:abstractNumId w:val="4"/>
  </w:num>
  <w:num w:numId="5" w16cid:durableId="423768871">
    <w:abstractNumId w:val="7"/>
  </w:num>
  <w:num w:numId="6" w16cid:durableId="323779435">
    <w:abstractNumId w:val="3"/>
  </w:num>
  <w:num w:numId="7" w16cid:durableId="579948294">
    <w:abstractNumId w:val="2"/>
  </w:num>
  <w:num w:numId="8" w16cid:durableId="323825709">
    <w:abstractNumId w:val="1"/>
  </w:num>
  <w:num w:numId="9" w16cid:durableId="1958609161">
    <w:abstractNumId w:val="0"/>
  </w:num>
  <w:num w:numId="10" w16cid:durableId="1251164413">
    <w:abstractNumId w:val="17"/>
  </w:num>
  <w:num w:numId="11" w16cid:durableId="1307078770">
    <w:abstractNumId w:val="10"/>
  </w:num>
  <w:num w:numId="12" w16cid:durableId="161241648">
    <w:abstractNumId w:val="12"/>
  </w:num>
  <w:num w:numId="13" w16cid:durableId="1525751314">
    <w:abstractNumId w:val="14"/>
  </w:num>
  <w:num w:numId="14" w16cid:durableId="1929001793">
    <w:abstractNumId w:val="16"/>
  </w:num>
  <w:num w:numId="15" w16cid:durableId="202912878">
    <w:abstractNumId w:val="11"/>
  </w:num>
  <w:num w:numId="16" w16cid:durableId="1546336509">
    <w:abstractNumId w:val="9"/>
  </w:num>
  <w:num w:numId="17" w16cid:durableId="2080861694">
    <w:abstractNumId w:val="19"/>
  </w:num>
  <w:num w:numId="18" w16cid:durableId="722603254">
    <w:abstractNumId w:val="15"/>
  </w:num>
  <w:num w:numId="19" w16cid:durableId="1783526799">
    <w:abstractNumId w:val="13"/>
  </w:num>
  <w:num w:numId="20" w16cid:durableId="5416721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AAC"/>
    <w:rsid w:val="0015074B"/>
    <w:rsid w:val="001E0DBC"/>
    <w:rsid w:val="0029639D"/>
    <w:rsid w:val="00326F90"/>
    <w:rsid w:val="0041726C"/>
    <w:rsid w:val="00590DD5"/>
    <w:rsid w:val="00965662"/>
    <w:rsid w:val="00985B9E"/>
    <w:rsid w:val="00A55F40"/>
    <w:rsid w:val="00AA1D8D"/>
    <w:rsid w:val="00B47730"/>
    <w:rsid w:val="00C62FA6"/>
    <w:rsid w:val="00CB0664"/>
    <w:rsid w:val="00CE16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4F2118D-DEB7-4218-9B7F-E1AB17EB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4371</Characters>
  <Application>Microsoft Office Word</Application>
  <DocSecurity>0</DocSecurity>
  <Lines>156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Bazer</dc:creator>
  <cp:keywords/>
  <dc:description>generated by python-docx</dc:description>
  <cp:lastModifiedBy>Adam Bazer</cp:lastModifiedBy>
  <cp:revision>2</cp:revision>
  <dcterms:created xsi:type="dcterms:W3CDTF">2026-05-12T16:41:00Z</dcterms:created>
  <dcterms:modified xsi:type="dcterms:W3CDTF">2026-05-12T16:41:00Z</dcterms:modified>
  <cp:category/>
</cp:coreProperties>
</file>